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עושה את זה – אני או המחשב?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מה תלמיד צריך לעשות בעצמו ומה מותר לבקש עזרה מהמחשב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שלבי התהליך מהרעיון ועד להצגה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פעילויות כיתה שעוזרות לבדוק הבנה ולשפר טיוטות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אני עושה בעצמי או מותר לבקש עזרה?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א – אני עושה בעצמי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מותר לבקש עזרה מהמחשב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ג – אני עושה בעצמי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ד – מותר לבקש עזרה מהמחשב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אני עושה בעצמי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ד – מותר לבקש עזרה מהמחשב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סדרו את שלבי העבודה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מחפשים מידע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מתכננים טיוטה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יוצרים את התוצר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מתבוננים ושואלים שאלה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מקבלים משוב ומתקנים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מציגים ומשקפים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זיכרון מילים של תהליך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ד (גרסה ראשונה לפני שהעבודה מוכנה)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ו (הערות שעוזרות לשפר את העבודה)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ה (התוצאה הסופית של העבודה)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ב (כל השלבים מההתחלה ועד הסוף)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א (לחשוב ולספר מה למדתי)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 – ג (בודקים בספר, שואלים מבוגר, משווים למקור)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אדום הוא סימן שצריך עזרה מיידית מהמורה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מציגים את שתיהן כדי לראות את השינוי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פעילות אוריינות AI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נכון – צופים, קוראים, משחקים, יוצרים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לא נכון – בתחנת קוראים קוראים טקסט קצר, הצפייה היא בתחנת צופים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כתיבה 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דבר שאני עושה בעצמי זה משהו שקשור לרגשות או לדעה שלי, כמו לכתוב סיפור. דבר שמותר לבקש עזרה זה רעיון או בדיקה, כמו בדיקת שגיאות כתיב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פתוחה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תשובה טובה תסביר איך הפעילות עוזרת לבדוק הבנה, לשפר טיוטה, או ללמוד לבדוק מידע בעצמם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התלמיד מזהה פעולה אישית כמו כתיבה או רגש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מחפשים מידע, מתכננים טיוטה, יוצרים את התוצר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כדי לראות את ההתקדמות והשינוי בלמידה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להתחיל בשחזור המשחק 'מי עושה את זה' מהמסך לפני מילוי הדף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לבצע את פעילות הסידור בזוגות לפני מילוי חלק הסדר בדף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לבקש מהתלמידים להדגים את הפעילות שבחרו בפני הכיתה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הערכה חלופית בעידן ה-AI: מתוצר לתהליך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 עושה את זה – אני או המחשב?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הזה נתרגל להבדיל בין דברים שאנחנו עושים בעצמנו לבין דברים שמותר לבקש עזרה מהמחשב, וננסה לסדר נכון את שלבי העבודה על משימה.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אני עושה בעצמי או מותר לבקש עזרה?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לכתוב את הסיפור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 עושה בעצמי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מותר לבקש עזרה מהמחשב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עושה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 בכיתה עושה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לבדוק אם יש לי שגיאת כתיב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 עושה בעצמי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מותר לבקש עזרה מהמחשב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עושה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 בכיתה עושה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לספר מה הרגשתי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המורה עושה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חבר בכיתה עושה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עושה בעצמי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מותר לבקש עזרה מהמחשב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לקבל רעיון לשם לסיפור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אני עושה בעצמי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המורה עושה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חבר בכיתה עושה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מותר לבקש עזרה מהמחשב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לצייר את הציור שלי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מותר לבקש עזרה מהמחשב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אני עושה בעצמי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המורה עושה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חבר בכיתה עושה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לקבל שאלות לראיון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חבר בכיתה עושה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המורה עושה את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אני עושה בעצמי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מותר לבקש עזרה מהמחשב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סדרו את שלבי העבודה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יוצרים את התוצר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מחפשים מידע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מציגים ומשקפים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מתכננים טיוטה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מתבוננים ושואלים שאלה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מקבלים משוב ומתקנים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זיכרון מילים של תהליך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טיוטה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לחשוב ולספר מה למדתי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משוב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כל השלבים מההתחלה ועד הסוף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תוצר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בודקים בספר, שואלים מבוגר, משווים למקור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תהליך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גרסה ראשונה לפני שהעבודה מוכנה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לשקף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התוצאה הסופית של העבודה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6. כלל הבלש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ו. הערות שעוזרות לשפר את העבודה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ברמזור הבנה, כרטיס אדום אומר שהתלמיד צריך שהמורה תגיע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בגלריית טיוטות מציגים רק את הגרסה הסופית בלי הטיוטה הראשונה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מטרת הפעילות 'מה המחשב טעה' היא ללמוד לבדוק מידע ולא להאמין לכל דבר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בפעילות תחנות מתחלפות יש ארבע תחנות שונות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בתחנת 'קוראים' התלמידים צופים בסרטון קצר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כתיבה 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כתבו משפט אחד שמסביר מה ההבדל בין דבר שאני עושה בעצמי לבין דבר שמותר לבקש עזרה מהמחשב, ותנו דוגמה אחת לכל אחד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פתוחה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אחת מהפעילויות שהכרתם (רמזור הבנה, גלריית טיוטות, מה המחשב טעה, תחנות מתחלפות) וכתבו למה היא עוזרת ללמוד טוב יותר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אחת לדבר שאתם עושים בעצמכם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הם שלושת השלבים הראשונים בתהליך העבודה?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למה כדאי לשמור טיוטות ולא רק את הגרסה הסופית?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 עושה את זה – אני או המחשב?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