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את זה – אני או המחשב?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תלמיד צריך לעשות בעצמו ומה מותר לבקש עזרה מהמחשב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מהרעיון ועד להצגה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כיתה שעוזרות לבדוק הבנה ולשפר טיוטות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אני עושה בעצמי או מותר לבקש עזרה?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מותר לבקש עזרה מהמחשב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מותר לבקש עזרה מהמחשב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מותר לבקש עזרה מהמחשב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שלבי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מתכננים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יוצרים את התוצר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מתבוננים ושואלים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משוב ומתקנים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ומשקפים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זיכרון מילים של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(גרסה ראשונה לפני שהעבודה מוכנה)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(הערות שעוזרות לשפר את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(התוצאה הסופית של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(כל השלבים מההתחלה ועד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(לחשוב ולספר 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(בודקים בספר, שואלים מבוגר, משווים למקור)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אדום הוא סימן שצריך עזרה מיידית מהמורה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מציגים את שתיהן כדי לראות את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פעילות אוריינות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צופים, קוראים, משחקים,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בתחנת קוראים קוראים טקסט קצר, הצפייה היא בתחנת 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 שאני עושה בעצמי זה משהו שקשור לרגשות או לדעה שלי, כמו לכתוב סיפור. דבר שמותר לבקש עזרה זה רעיון או בדיקה, כמו בדיקת שגיאות 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איך הפעילות עוזרת לבדוק הבנה, לשפר טיוטה, או ללמוד לבדוק מידע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פעולה אישית כמו כתיבה או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מחפשים מידע, מתכננים טיוטה, יוצרים את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לראות את ההתקדמות והשינוי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בשחזור המשחק 'מי עושה את זה' מהמסך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פעילות הסידור בזוגות לפני מילוי חלק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להדגים את הפעילות שבחרו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את זה – אני או המחשב?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לומדים: מה אני עושה לבד, ומה מותר לבקש עזרה מהמחשב. גם נלמד את סדר השלבים של 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מההתחלה ועד הסוף של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ראשונה, לא הסופית, של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הסופית של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ולספר מה למדתי ואיך עבדתי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בספר, שואלים מבוגר, משווים למקור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 שיכול לעזור לתת רעיונות או לבדוק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 הבנה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לבדוק מי צריך עזרה באמצע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אני עושה בעצמי או מותר לבקש עזרה?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כותב את הסיפור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בודק שגיאות כתיב?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מספר מה אני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אפשר לבקש רעיון לשם?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מצייר את הציור?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אפשר לבקש שאלות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לבקש עזרה מהמחשב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סדרו את שלבי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מתבוננים ושואלים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את התוצר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ומתקנים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ומשקפים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זיכרון מילים של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ולספר 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בודקים בספר, שואלים מבוגר, משווים למקור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גרסה ראשונה לפני שהעבודה מוכנה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התוצאה הסופית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השלבים מההתחלה ועד הסוף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כלל הבלש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הערות שעוזרות לשפר את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ברמזור הבנה, כרטיס אדום אומר שהתלמיד צריך שהמורה תגיע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בגלריית טיוטות מציגים רק את הגרסה הסופית בלי הטיוטה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הפעילות 'מה המחשב טעה' היא ללמוד לבדוק מידע ולא להאמין לכל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תחנות מתחלפות יש ארבע תחנות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'קוראים' התלמידים צופים בסרטון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מה ההבדל בין דבר שאני עושה בעצמי לבין דבר שמותר לבקש עזרה מהמחשב, ותנו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מהפעילויות שהכרתם (רמזור הבנה, גלריית טיוטות, מה המחשב טעה, תחנות מתחלפות) וכתבו למה היא עוזרת ללמוד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שאתם עושים בעצמכם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הם שלושת השלבים הראשונים בתהליך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לשמור טיוטות ולא רק את הגרסה הסופית?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עושה את זה – אני או המחשב?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